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B1193" w14:textId="77777777" w:rsidR="004C5FF0" w:rsidRDefault="004C5FF0">
      <w:pPr>
        <w:spacing w:after="40"/>
        <w:jc w:val="center"/>
        <w:rPr>
          <w:b/>
          <w:color w:val="2A4444"/>
          <w:sz w:val="30"/>
          <w:lang w:val="pl-PL"/>
        </w:rPr>
      </w:pPr>
    </w:p>
    <w:p w14:paraId="4DC10BC6" w14:textId="7AAB67D3" w:rsidR="00063CDF" w:rsidRPr="00677507" w:rsidRDefault="00000000">
      <w:pPr>
        <w:spacing w:after="40"/>
        <w:jc w:val="center"/>
        <w:rPr>
          <w:lang w:val="pl-PL"/>
        </w:rPr>
      </w:pPr>
      <w:r w:rsidRPr="00677507">
        <w:rPr>
          <w:b/>
          <w:color w:val="2A4444"/>
          <w:sz w:val="30"/>
          <w:lang w:val="pl-PL"/>
        </w:rPr>
        <w:t>FORMULÁŘ PRO KONTROLU VÝBĚRU DODAVATELE</w:t>
      </w:r>
    </w:p>
    <w:p w14:paraId="7D0AB8B8" w14:textId="1F5D5758" w:rsidR="00103D97" w:rsidRPr="00677507" w:rsidRDefault="00000000" w:rsidP="00103D97">
      <w:pPr>
        <w:spacing w:after="180"/>
        <w:jc w:val="center"/>
        <w:rPr>
          <w:lang w:val="pl-PL"/>
        </w:rPr>
      </w:pPr>
      <w:r w:rsidRPr="00677507">
        <w:rPr>
          <w:b/>
          <w:color w:val="4B5A5A"/>
          <w:sz w:val="23"/>
          <w:lang w:val="pl-PL"/>
        </w:rPr>
        <w:t>FORMULARZ WYBORU DOSTAWCY</w:t>
      </w:r>
    </w:p>
    <w:tbl>
      <w:tblPr>
        <w:tblW w:w="9923" w:type="dxa"/>
        <w:jc w:val="center"/>
        <w:tblBorders>
          <w:top w:val="single" w:sz="4" w:space="0" w:color="D4D8DC"/>
          <w:left w:val="single" w:sz="4" w:space="0" w:color="D4D8DC"/>
          <w:bottom w:val="single" w:sz="4" w:space="0" w:color="D4D8DC"/>
          <w:right w:val="single" w:sz="4" w:space="0" w:color="D4D8DC"/>
          <w:insideH w:val="single" w:sz="4" w:space="0" w:color="D4D8DC"/>
          <w:insideV w:val="single" w:sz="4" w:space="0" w:color="D4D8DC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063CDF" w14:paraId="299BF2E5" w14:textId="77777777" w:rsidTr="00677507">
        <w:trPr>
          <w:jc w:val="center"/>
        </w:trPr>
        <w:tc>
          <w:tcPr>
            <w:tcW w:w="10166" w:type="dxa"/>
            <w:shd w:val="clear" w:color="auto" w:fill="EEF1F3"/>
            <w:tcMar>
              <w:top w:w="90" w:type="dxa"/>
              <w:left w:w="120" w:type="dxa"/>
              <w:bottom w:w="70" w:type="dxa"/>
              <w:right w:w="120" w:type="dxa"/>
            </w:tcMar>
          </w:tcPr>
          <w:p w14:paraId="08546B10" w14:textId="53A0B33E" w:rsidR="00063CDF" w:rsidRDefault="00000000">
            <w:pPr>
              <w:spacing w:after="0"/>
            </w:pPr>
            <w:proofErr w:type="spellStart"/>
            <w:r>
              <w:rPr>
                <w:b/>
                <w:sz w:val="20"/>
              </w:rPr>
              <w:t>Název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projektu</w:t>
            </w:r>
            <w:proofErr w:type="spellEnd"/>
            <w:r>
              <w:rPr>
                <w:b/>
                <w:sz w:val="20"/>
              </w:rPr>
              <w:t xml:space="preserve"> / Nazwa </w:t>
            </w:r>
            <w:proofErr w:type="spellStart"/>
            <w:r>
              <w:rPr>
                <w:b/>
                <w:sz w:val="20"/>
              </w:rPr>
              <w:t>projektu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063CDF" w14:paraId="550158D9" w14:textId="77777777" w:rsidTr="00677507">
        <w:trPr>
          <w:jc w:val="center"/>
        </w:trPr>
        <w:tc>
          <w:tcPr>
            <w:tcW w:w="10166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EC209DD" w14:textId="4EB59FB3" w:rsidR="00063CDF" w:rsidRDefault="00000000">
            <w:pPr>
              <w:spacing w:after="0"/>
            </w:pPr>
            <w:sdt>
              <w:sdtPr>
                <w:alias w:val="NAZEV_PROJEKTU"/>
                <w:tag w:val="NAZEV_PROJEKTU"/>
                <w:id w:val="-191770073"/>
                <w:text/>
              </w:sdtPr>
              <w:sdtContent>
                <w:r w:rsidR="00103D97">
                  <w:t xml:space="preserve"> </w:t>
                </w:r>
              </w:sdtContent>
            </w:sdt>
          </w:p>
        </w:tc>
      </w:tr>
    </w:tbl>
    <w:p w14:paraId="2FBA5673" w14:textId="77777777" w:rsidR="00063CDF" w:rsidRDefault="00063CDF">
      <w:pPr>
        <w:spacing w:after="0"/>
      </w:pPr>
    </w:p>
    <w:tbl>
      <w:tblPr>
        <w:tblW w:w="9923" w:type="dxa"/>
        <w:jc w:val="center"/>
        <w:tblBorders>
          <w:top w:val="single" w:sz="4" w:space="0" w:color="D4D8DC"/>
          <w:left w:val="single" w:sz="4" w:space="0" w:color="D4D8DC"/>
          <w:bottom w:val="single" w:sz="4" w:space="0" w:color="D4D8DC"/>
          <w:right w:val="single" w:sz="4" w:space="0" w:color="D4D8DC"/>
          <w:insideH w:val="single" w:sz="4" w:space="0" w:color="D4D8DC"/>
          <w:insideV w:val="single" w:sz="4" w:space="0" w:color="D4D8DC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063CDF" w14:paraId="1CA05840" w14:textId="77777777" w:rsidTr="00677507">
        <w:trPr>
          <w:jc w:val="center"/>
        </w:trPr>
        <w:tc>
          <w:tcPr>
            <w:tcW w:w="10166" w:type="dxa"/>
            <w:shd w:val="clear" w:color="auto" w:fill="EEF1F3"/>
            <w:tcMar>
              <w:top w:w="90" w:type="dxa"/>
              <w:left w:w="120" w:type="dxa"/>
              <w:bottom w:w="70" w:type="dxa"/>
              <w:right w:w="120" w:type="dxa"/>
            </w:tcMar>
          </w:tcPr>
          <w:p w14:paraId="1A93368C" w14:textId="7FCC1724" w:rsidR="00063CDF" w:rsidRDefault="00000000">
            <w:pPr>
              <w:spacing w:after="0"/>
            </w:pPr>
            <w:proofErr w:type="spellStart"/>
            <w:r>
              <w:rPr>
                <w:b/>
                <w:sz w:val="20"/>
              </w:rPr>
              <w:t>Žadatel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Wnioskodawca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063CDF" w14:paraId="47F1BF03" w14:textId="77777777" w:rsidTr="00677507">
        <w:trPr>
          <w:jc w:val="center"/>
        </w:trPr>
        <w:tc>
          <w:tcPr>
            <w:tcW w:w="10166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E665C5A" w14:textId="1F44D231" w:rsidR="00063CDF" w:rsidRDefault="00000000">
            <w:pPr>
              <w:spacing w:after="0"/>
            </w:pPr>
            <w:sdt>
              <w:sdtPr>
                <w:alias w:val="ZADATEL"/>
                <w:tag w:val="ZADATEL"/>
                <w:id w:val="2124883388"/>
                <w:showingPlcHdr/>
                <w:text/>
              </w:sdtPr>
              <w:sdtContent>
                <w:r w:rsidR="00103D97">
                  <w:t xml:space="preserve">     </w:t>
                </w:r>
              </w:sdtContent>
            </w:sdt>
          </w:p>
        </w:tc>
      </w:tr>
    </w:tbl>
    <w:p w14:paraId="2039B986" w14:textId="77777777" w:rsidR="00063CDF" w:rsidRDefault="00063CDF">
      <w:pPr>
        <w:spacing w:after="0"/>
      </w:pPr>
    </w:p>
    <w:p w14:paraId="618EFE94" w14:textId="57093268" w:rsidR="00063CDF" w:rsidRDefault="00000000">
      <w:pPr>
        <w:spacing w:before="140"/>
      </w:pPr>
      <w:r>
        <w:rPr>
          <w:b/>
          <w:color w:val="2F4F4F"/>
          <w:sz w:val="24"/>
        </w:rPr>
        <w:t xml:space="preserve">1. </w:t>
      </w:r>
      <w:proofErr w:type="spellStart"/>
      <w:r>
        <w:rPr>
          <w:b/>
          <w:color w:val="2F4F4F"/>
          <w:sz w:val="24"/>
        </w:rPr>
        <w:t>Předmět</w:t>
      </w:r>
      <w:proofErr w:type="spellEnd"/>
      <w:r>
        <w:rPr>
          <w:b/>
          <w:color w:val="2F4F4F"/>
          <w:sz w:val="24"/>
        </w:rPr>
        <w:t xml:space="preserve"> </w:t>
      </w:r>
      <w:proofErr w:type="spellStart"/>
      <w:r>
        <w:rPr>
          <w:b/>
          <w:color w:val="2F4F4F"/>
          <w:sz w:val="24"/>
        </w:rPr>
        <w:t>zakázky</w:t>
      </w:r>
      <w:proofErr w:type="spellEnd"/>
      <w:r>
        <w:rPr>
          <w:b/>
          <w:color w:val="2F4F4F"/>
          <w:sz w:val="24"/>
        </w:rPr>
        <w:t xml:space="preserve"> / </w:t>
      </w:r>
      <w:proofErr w:type="spellStart"/>
      <w:r>
        <w:rPr>
          <w:b/>
          <w:color w:val="2F4F4F"/>
          <w:sz w:val="24"/>
        </w:rPr>
        <w:t>Przedmiot</w:t>
      </w:r>
      <w:proofErr w:type="spellEnd"/>
      <w:r>
        <w:rPr>
          <w:b/>
          <w:color w:val="2F4F4F"/>
          <w:sz w:val="24"/>
        </w:rPr>
        <w:t xml:space="preserve"> </w:t>
      </w:r>
      <w:proofErr w:type="spellStart"/>
      <w:r>
        <w:rPr>
          <w:b/>
          <w:color w:val="2F4F4F"/>
          <w:sz w:val="24"/>
        </w:rPr>
        <w:t>zamówienia</w:t>
      </w:r>
      <w:proofErr w:type="spellEnd"/>
      <w:r w:rsidR="002E0C85">
        <w:rPr>
          <w:b/>
          <w:color w:val="2F4F4F"/>
          <w:sz w:val="24"/>
        </w:rPr>
        <w:t>*</w:t>
      </w:r>
    </w:p>
    <w:tbl>
      <w:tblPr>
        <w:tblW w:w="9923" w:type="dxa"/>
        <w:jc w:val="center"/>
        <w:tblBorders>
          <w:top w:val="single" w:sz="4" w:space="0" w:color="D4D8DC"/>
          <w:left w:val="single" w:sz="4" w:space="0" w:color="D4D8DC"/>
          <w:bottom w:val="single" w:sz="4" w:space="0" w:color="D4D8DC"/>
          <w:right w:val="single" w:sz="4" w:space="0" w:color="D4D8DC"/>
          <w:insideH w:val="single" w:sz="4" w:space="0" w:color="D4D8DC"/>
          <w:insideV w:val="single" w:sz="4" w:space="0" w:color="D4D8DC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063CDF" w:rsidRPr="00027DFF" w14:paraId="5811B534" w14:textId="77777777" w:rsidTr="00677507">
        <w:trPr>
          <w:jc w:val="center"/>
        </w:trPr>
        <w:tc>
          <w:tcPr>
            <w:tcW w:w="10166" w:type="dxa"/>
            <w:shd w:val="clear" w:color="auto" w:fill="EEF1F3"/>
            <w:tcMar>
              <w:top w:w="90" w:type="dxa"/>
              <w:left w:w="120" w:type="dxa"/>
              <w:bottom w:w="70" w:type="dxa"/>
              <w:right w:w="120" w:type="dxa"/>
            </w:tcMar>
          </w:tcPr>
          <w:p w14:paraId="45C956BF" w14:textId="16DF944E" w:rsidR="00063CDF" w:rsidRPr="00103D97" w:rsidRDefault="00000000">
            <w:pPr>
              <w:spacing w:after="0"/>
              <w:rPr>
                <w:lang w:val="pl-PL"/>
              </w:rPr>
            </w:pPr>
            <w:proofErr w:type="spellStart"/>
            <w:r w:rsidRPr="00677507">
              <w:rPr>
                <w:b/>
                <w:sz w:val="20"/>
                <w:lang w:val="pl-PL"/>
              </w:rPr>
              <w:t>Specifikace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všech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plnění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, </w:t>
            </w:r>
            <w:proofErr w:type="spellStart"/>
            <w:r w:rsidRPr="00677507">
              <w:rPr>
                <w:b/>
                <w:sz w:val="20"/>
                <w:lang w:val="pl-PL"/>
              </w:rPr>
              <w:t>jejichž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předměty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tvoří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jeden </w:t>
            </w:r>
            <w:proofErr w:type="spellStart"/>
            <w:r w:rsidRPr="00677507">
              <w:rPr>
                <w:b/>
                <w:sz w:val="20"/>
                <w:lang w:val="pl-PL"/>
              </w:rPr>
              <w:t>funkční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celek, </w:t>
            </w:r>
            <w:proofErr w:type="spellStart"/>
            <w:r w:rsidRPr="00677507">
              <w:rPr>
                <w:b/>
                <w:sz w:val="20"/>
                <w:lang w:val="pl-PL"/>
              </w:rPr>
              <w:t>nebo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všechna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obdobná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a </w:t>
            </w:r>
            <w:proofErr w:type="spellStart"/>
            <w:r w:rsidRPr="00677507">
              <w:rPr>
                <w:b/>
                <w:sz w:val="20"/>
                <w:lang w:val="pl-PL"/>
              </w:rPr>
              <w:t>spolu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související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plnění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r w:rsidRPr="00677507">
              <w:rPr>
                <w:b/>
                <w:sz w:val="20"/>
                <w:lang w:val="pl-PL"/>
              </w:rPr>
              <w:br/>
            </w:r>
            <w:r w:rsidR="00103D97" w:rsidRPr="00103D97">
              <w:rPr>
                <w:b/>
                <w:sz w:val="20"/>
                <w:lang w:val="pl-PL"/>
              </w:rPr>
              <w:t>Specyfikacja wszystkich usług, których elementy tworzą jedną funkcjonalną całość, lub wszystkich podobnych i powiązanych usług</w:t>
            </w:r>
          </w:p>
        </w:tc>
      </w:tr>
      <w:tr w:rsidR="00063CDF" w:rsidRPr="00027DFF" w14:paraId="08F41F3B" w14:textId="77777777" w:rsidTr="00677507">
        <w:trPr>
          <w:jc w:val="center"/>
        </w:trPr>
        <w:tc>
          <w:tcPr>
            <w:tcW w:w="10166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4DC105D" w14:textId="77777777" w:rsidR="00063CDF" w:rsidRPr="002E0C85" w:rsidRDefault="00063CDF">
            <w:pPr>
              <w:rPr>
                <w:lang w:val="pl-PL"/>
              </w:rPr>
            </w:pPr>
          </w:p>
          <w:p w14:paraId="496CAA42" w14:textId="77777777" w:rsidR="00063CDF" w:rsidRPr="002E0C85" w:rsidRDefault="00063CDF">
            <w:pPr>
              <w:rPr>
                <w:lang w:val="pl-PL"/>
              </w:rPr>
            </w:pPr>
          </w:p>
          <w:p w14:paraId="68CC8416" w14:textId="77777777" w:rsidR="00063CDF" w:rsidRPr="002E0C85" w:rsidRDefault="00063CDF">
            <w:pPr>
              <w:rPr>
                <w:lang w:val="pl-PL"/>
              </w:rPr>
            </w:pPr>
          </w:p>
        </w:tc>
      </w:tr>
    </w:tbl>
    <w:p w14:paraId="185EC8BE" w14:textId="77777777" w:rsidR="00063CDF" w:rsidRPr="002E0C85" w:rsidRDefault="00063CDF">
      <w:pPr>
        <w:spacing w:after="0"/>
        <w:rPr>
          <w:lang w:val="pl-PL"/>
        </w:rPr>
      </w:pPr>
    </w:p>
    <w:p w14:paraId="0747DE3E" w14:textId="1A49239E" w:rsidR="00063CDF" w:rsidRPr="00677507" w:rsidRDefault="00000000">
      <w:pPr>
        <w:spacing w:before="140"/>
        <w:rPr>
          <w:lang w:val="pl-PL"/>
        </w:rPr>
      </w:pPr>
      <w:r w:rsidRPr="00677507">
        <w:rPr>
          <w:b/>
          <w:color w:val="2F4F4F"/>
          <w:sz w:val="24"/>
          <w:lang w:val="pl-PL"/>
        </w:rPr>
        <w:t xml:space="preserve">2. </w:t>
      </w:r>
      <w:proofErr w:type="spellStart"/>
      <w:r w:rsidRPr="00677507">
        <w:rPr>
          <w:b/>
          <w:color w:val="2F4F4F"/>
          <w:sz w:val="24"/>
          <w:lang w:val="pl-PL"/>
        </w:rPr>
        <w:t>Seznam</w:t>
      </w:r>
      <w:proofErr w:type="spellEnd"/>
      <w:r w:rsidRPr="00677507">
        <w:rPr>
          <w:b/>
          <w:color w:val="2F4F4F"/>
          <w:sz w:val="24"/>
          <w:lang w:val="pl-PL"/>
        </w:rPr>
        <w:t xml:space="preserve"> </w:t>
      </w:r>
      <w:proofErr w:type="spellStart"/>
      <w:r w:rsidRPr="00677507">
        <w:rPr>
          <w:b/>
          <w:color w:val="2F4F4F"/>
          <w:sz w:val="24"/>
          <w:lang w:val="pl-PL"/>
        </w:rPr>
        <w:t>předložených</w:t>
      </w:r>
      <w:proofErr w:type="spellEnd"/>
      <w:r w:rsidRPr="00677507">
        <w:rPr>
          <w:b/>
          <w:color w:val="2F4F4F"/>
          <w:sz w:val="24"/>
          <w:lang w:val="pl-PL"/>
        </w:rPr>
        <w:t xml:space="preserve"> </w:t>
      </w:r>
      <w:proofErr w:type="spellStart"/>
      <w:r w:rsidRPr="00677507">
        <w:rPr>
          <w:b/>
          <w:color w:val="2F4F4F"/>
          <w:sz w:val="24"/>
          <w:lang w:val="pl-PL"/>
        </w:rPr>
        <w:t>nabídek</w:t>
      </w:r>
      <w:proofErr w:type="spellEnd"/>
      <w:r w:rsidRPr="00677507">
        <w:rPr>
          <w:b/>
          <w:color w:val="2F4F4F"/>
          <w:sz w:val="24"/>
          <w:lang w:val="pl-PL"/>
        </w:rPr>
        <w:t xml:space="preserve"> / Lista złożonych ofert</w:t>
      </w:r>
      <w:r w:rsidR="002E0C85">
        <w:rPr>
          <w:b/>
          <w:color w:val="2F4F4F"/>
          <w:sz w:val="24"/>
          <w:lang w:val="pl-PL"/>
        </w:rPr>
        <w:t>*</w:t>
      </w:r>
    </w:p>
    <w:tbl>
      <w:tblPr>
        <w:tblW w:w="9923" w:type="dxa"/>
        <w:jc w:val="center"/>
        <w:tblBorders>
          <w:top w:val="single" w:sz="5" w:space="0" w:color="C9CDD2"/>
          <w:left w:val="single" w:sz="5" w:space="0" w:color="C9CDD2"/>
          <w:bottom w:val="single" w:sz="5" w:space="0" w:color="C9CDD2"/>
          <w:right w:val="single" w:sz="5" w:space="0" w:color="C9CDD2"/>
          <w:insideH w:val="single" w:sz="5" w:space="0" w:color="C9CDD2"/>
          <w:insideV w:val="single" w:sz="5" w:space="0" w:color="C9CDD2"/>
        </w:tblBorders>
        <w:tblLayout w:type="fixed"/>
        <w:tblLook w:val="04A0" w:firstRow="1" w:lastRow="0" w:firstColumn="1" w:lastColumn="0" w:noHBand="0" w:noVBand="1"/>
      </w:tblPr>
      <w:tblGrid>
        <w:gridCol w:w="4274"/>
        <w:gridCol w:w="2976"/>
        <w:gridCol w:w="2673"/>
      </w:tblGrid>
      <w:tr w:rsidR="00103D97" w:rsidRPr="00027DFF" w14:paraId="7C1E1361" w14:textId="77777777" w:rsidTr="00103D97">
        <w:trPr>
          <w:tblHeader/>
          <w:jc w:val="center"/>
        </w:trPr>
        <w:tc>
          <w:tcPr>
            <w:tcW w:w="4274" w:type="dxa"/>
            <w:shd w:val="clear" w:color="auto" w:fill="DCE4E4"/>
            <w:tcMar>
              <w:top w:w="110" w:type="dxa"/>
              <w:left w:w="90" w:type="dxa"/>
              <w:bottom w:w="100" w:type="dxa"/>
              <w:right w:w="90" w:type="dxa"/>
            </w:tcMar>
            <w:vAlign w:val="center"/>
          </w:tcPr>
          <w:p w14:paraId="205EAB2A" w14:textId="232EB10F" w:rsidR="00103D97" w:rsidRDefault="00103D97">
            <w:pPr>
              <w:spacing w:after="0"/>
              <w:jc w:val="center"/>
            </w:pPr>
            <w:proofErr w:type="spellStart"/>
            <w:r>
              <w:rPr>
                <w:b/>
                <w:sz w:val="19"/>
              </w:rPr>
              <w:t>Dodavatel</w:t>
            </w:r>
            <w:proofErr w:type="spellEnd"/>
            <w:r>
              <w:rPr>
                <w:b/>
                <w:sz w:val="19"/>
              </w:rPr>
              <w:t xml:space="preserve"> / </w:t>
            </w:r>
            <w:proofErr w:type="spellStart"/>
            <w:r>
              <w:rPr>
                <w:b/>
                <w:sz w:val="19"/>
              </w:rPr>
              <w:t>Dostawca</w:t>
            </w:r>
            <w:proofErr w:type="spellEnd"/>
            <w:r>
              <w:rPr>
                <w:b/>
                <w:sz w:val="19"/>
              </w:rPr>
              <w:t xml:space="preserve"> *</w:t>
            </w:r>
          </w:p>
        </w:tc>
        <w:tc>
          <w:tcPr>
            <w:tcW w:w="2976" w:type="dxa"/>
            <w:shd w:val="clear" w:color="auto" w:fill="DCE4E4"/>
            <w:tcMar>
              <w:top w:w="110" w:type="dxa"/>
              <w:left w:w="90" w:type="dxa"/>
              <w:bottom w:w="100" w:type="dxa"/>
              <w:right w:w="90" w:type="dxa"/>
            </w:tcMar>
            <w:vAlign w:val="center"/>
          </w:tcPr>
          <w:p w14:paraId="6AD91C88" w14:textId="51361DDE" w:rsidR="00103D97" w:rsidRDefault="00103D97">
            <w:pPr>
              <w:spacing w:after="0"/>
              <w:jc w:val="center"/>
            </w:pPr>
            <w:r>
              <w:rPr>
                <w:b/>
                <w:sz w:val="19"/>
              </w:rPr>
              <w:t>Cena / Cena *</w:t>
            </w:r>
          </w:p>
        </w:tc>
        <w:tc>
          <w:tcPr>
            <w:tcW w:w="2673" w:type="dxa"/>
            <w:shd w:val="clear" w:color="auto" w:fill="DCE4E4"/>
            <w:tcMar>
              <w:top w:w="110" w:type="dxa"/>
              <w:left w:w="90" w:type="dxa"/>
              <w:bottom w:w="100" w:type="dxa"/>
              <w:right w:w="90" w:type="dxa"/>
            </w:tcMar>
            <w:vAlign w:val="center"/>
          </w:tcPr>
          <w:p w14:paraId="2628890A" w14:textId="295A3C4E" w:rsidR="00103D97" w:rsidRPr="00103D97" w:rsidRDefault="00103D97">
            <w:pPr>
              <w:spacing w:after="0"/>
              <w:jc w:val="center"/>
              <w:rPr>
                <w:lang w:val="pl-PL"/>
              </w:rPr>
            </w:pPr>
            <w:r w:rsidRPr="00103D97">
              <w:rPr>
                <w:b/>
                <w:sz w:val="19"/>
                <w:lang w:val="pl-PL"/>
              </w:rPr>
              <w:t xml:space="preserve">Cena je </w:t>
            </w:r>
            <w:proofErr w:type="spellStart"/>
            <w:r w:rsidRPr="00103D97">
              <w:rPr>
                <w:b/>
                <w:sz w:val="19"/>
                <w:lang w:val="pl-PL"/>
              </w:rPr>
              <w:t>včetně</w:t>
            </w:r>
            <w:proofErr w:type="spellEnd"/>
            <w:r w:rsidRPr="00103D97">
              <w:rPr>
                <w:b/>
                <w:sz w:val="19"/>
                <w:lang w:val="pl-PL"/>
              </w:rPr>
              <w:t xml:space="preserve"> DPH / Cena zawiera podatek VAT *</w:t>
            </w:r>
          </w:p>
        </w:tc>
      </w:tr>
      <w:tr w:rsidR="00103D97" w14:paraId="7E56F946" w14:textId="77777777" w:rsidTr="00103D97">
        <w:trPr>
          <w:jc w:val="center"/>
        </w:trPr>
        <w:tc>
          <w:tcPr>
            <w:tcW w:w="4274" w:type="dxa"/>
            <w:tcMar>
              <w:top w:w="130" w:type="dxa"/>
              <w:left w:w="90" w:type="dxa"/>
              <w:bottom w:w="130" w:type="dxa"/>
              <w:right w:w="90" w:type="dxa"/>
            </w:tcMar>
            <w:vAlign w:val="center"/>
          </w:tcPr>
          <w:p w14:paraId="5E8B9735" w14:textId="26130EDB" w:rsidR="00103D97" w:rsidRDefault="00000000">
            <w:pPr>
              <w:spacing w:after="0"/>
            </w:pPr>
            <w:sdt>
              <w:sdtPr>
                <w:alias w:val="DODAVATEL_1"/>
                <w:tag w:val="DODAVATEL_1"/>
                <w:id w:val="-1603330165"/>
                <w:text/>
              </w:sdtPr>
              <w:sdtContent>
                <w:proofErr w:type="spellStart"/>
                <w:r w:rsidR="00103D97" w:rsidRPr="00103D97">
                  <w:t>Dodavatel</w:t>
                </w:r>
                <w:proofErr w:type="spellEnd"/>
                <w:r w:rsidR="00103D97" w:rsidRPr="00103D97">
                  <w:t xml:space="preserve"> 1 / </w:t>
                </w:r>
                <w:proofErr w:type="spellStart"/>
                <w:r w:rsidR="00103D97" w:rsidRPr="00103D97">
                  <w:t>Dostawca</w:t>
                </w:r>
                <w:proofErr w:type="spellEnd"/>
                <w:r w:rsidR="00103D97" w:rsidRPr="00103D97">
                  <w:t xml:space="preserve"> 1</w:t>
                </w:r>
                <w:r w:rsidR="00103D97">
                  <w:t xml:space="preserve"> </w:t>
                </w:r>
              </w:sdtContent>
            </w:sdt>
          </w:p>
        </w:tc>
        <w:tc>
          <w:tcPr>
            <w:tcW w:w="2976" w:type="dxa"/>
            <w:tcMar>
              <w:top w:w="130" w:type="dxa"/>
              <w:left w:w="90" w:type="dxa"/>
              <w:bottom w:w="130" w:type="dxa"/>
              <w:right w:w="90" w:type="dxa"/>
            </w:tcMar>
            <w:vAlign w:val="center"/>
          </w:tcPr>
          <w:p w14:paraId="2C34BDB2" w14:textId="2424C037" w:rsidR="00103D97" w:rsidRDefault="00000000">
            <w:pPr>
              <w:spacing w:after="0"/>
              <w:jc w:val="center"/>
            </w:pPr>
            <w:sdt>
              <w:sdtPr>
                <w:alias w:val="CENA_1"/>
                <w:tag w:val="CENA_1"/>
                <w:id w:val="1887987121"/>
                <w:text/>
              </w:sdtPr>
              <w:sdtContent>
                <w:r w:rsidR="00103D97">
                  <w:rPr>
                    <w:color w:val="6E6E6E"/>
                    <w:sz w:val="20"/>
                  </w:rPr>
                  <w:t xml:space="preserve">Cena 1 </w:t>
                </w:r>
              </w:sdtContent>
            </w:sdt>
          </w:p>
        </w:tc>
        <w:tc>
          <w:tcPr>
            <w:tcW w:w="2673" w:type="dxa"/>
            <w:tcMar>
              <w:top w:w="130" w:type="dxa"/>
              <w:left w:w="90" w:type="dxa"/>
              <w:bottom w:w="130" w:type="dxa"/>
              <w:right w:w="90" w:type="dxa"/>
            </w:tcMar>
            <w:vAlign w:val="center"/>
          </w:tcPr>
          <w:p w14:paraId="7E5E2FA6" w14:textId="77777777" w:rsidR="00103D97" w:rsidRDefault="00103D97">
            <w:pPr>
              <w:spacing w:after="0"/>
              <w:jc w:val="center"/>
            </w:pPr>
            <w:r>
              <w:rPr>
                <w:sz w:val="20"/>
              </w:rPr>
              <w:t>☐ Ano / Tak</w:t>
            </w:r>
            <w:r>
              <w:rPr>
                <w:sz w:val="20"/>
              </w:rPr>
              <w:br/>
              <w:t>☐ Ne / Nie</w:t>
            </w:r>
          </w:p>
        </w:tc>
      </w:tr>
      <w:tr w:rsidR="00103D97" w14:paraId="7D194C5A" w14:textId="77777777" w:rsidTr="00103D97">
        <w:trPr>
          <w:jc w:val="center"/>
        </w:trPr>
        <w:tc>
          <w:tcPr>
            <w:tcW w:w="4274" w:type="dxa"/>
            <w:tcMar>
              <w:top w:w="130" w:type="dxa"/>
              <w:left w:w="90" w:type="dxa"/>
              <w:bottom w:w="130" w:type="dxa"/>
              <w:right w:w="90" w:type="dxa"/>
            </w:tcMar>
            <w:vAlign w:val="center"/>
          </w:tcPr>
          <w:p w14:paraId="1D0C919A" w14:textId="5319F684" w:rsidR="00103D97" w:rsidRDefault="00000000">
            <w:pPr>
              <w:spacing w:after="0"/>
            </w:pPr>
            <w:sdt>
              <w:sdtPr>
                <w:alias w:val="DODAVATEL_2"/>
                <w:tag w:val="DODAVATEL_2"/>
                <w:id w:val="-1950075732"/>
                <w:text/>
              </w:sdtPr>
              <w:sdtContent>
                <w:proofErr w:type="spellStart"/>
                <w:r w:rsidR="00103D97" w:rsidRPr="00103D97">
                  <w:t>Dodavatel</w:t>
                </w:r>
                <w:proofErr w:type="spellEnd"/>
                <w:r w:rsidR="00103D97" w:rsidRPr="00103D97">
                  <w:t xml:space="preserve"> 2 / </w:t>
                </w:r>
                <w:proofErr w:type="spellStart"/>
                <w:r w:rsidR="00103D97" w:rsidRPr="00103D97">
                  <w:t>Dostawca</w:t>
                </w:r>
                <w:proofErr w:type="spellEnd"/>
                <w:r w:rsidR="00103D97" w:rsidRPr="00103D97">
                  <w:t xml:space="preserve"> 2</w:t>
                </w:r>
                <w:r w:rsidR="00103D97">
                  <w:t xml:space="preserve"> </w:t>
                </w:r>
              </w:sdtContent>
            </w:sdt>
          </w:p>
        </w:tc>
        <w:tc>
          <w:tcPr>
            <w:tcW w:w="2976" w:type="dxa"/>
            <w:tcMar>
              <w:top w:w="130" w:type="dxa"/>
              <w:left w:w="90" w:type="dxa"/>
              <w:bottom w:w="130" w:type="dxa"/>
              <w:right w:w="90" w:type="dxa"/>
            </w:tcMar>
            <w:vAlign w:val="center"/>
          </w:tcPr>
          <w:p w14:paraId="063A8CA0" w14:textId="30EECD68" w:rsidR="00103D97" w:rsidRDefault="00000000">
            <w:pPr>
              <w:spacing w:after="0"/>
              <w:jc w:val="center"/>
            </w:pPr>
            <w:sdt>
              <w:sdtPr>
                <w:alias w:val="CENA_2"/>
                <w:tag w:val="CENA_2"/>
                <w:id w:val="-135876906"/>
                <w:text/>
              </w:sdtPr>
              <w:sdtContent>
                <w:r w:rsidR="00103D97">
                  <w:rPr>
                    <w:color w:val="6E6E6E"/>
                    <w:sz w:val="20"/>
                  </w:rPr>
                  <w:t xml:space="preserve">Cena 2 </w:t>
                </w:r>
              </w:sdtContent>
            </w:sdt>
          </w:p>
        </w:tc>
        <w:tc>
          <w:tcPr>
            <w:tcW w:w="2673" w:type="dxa"/>
            <w:tcMar>
              <w:top w:w="130" w:type="dxa"/>
              <w:left w:w="90" w:type="dxa"/>
              <w:bottom w:w="130" w:type="dxa"/>
              <w:right w:w="90" w:type="dxa"/>
            </w:tcMar>
            <w:vAlign w:val="center"/>
          </w:tcPr>
          <w:p w14:paraId="0F319B23" w14:textId="77777777" w:rsidR="00103D97" w:rsidRDefault="00103D97">
            <w:pPr>
              <w:spacing w:after="0"/>
              <w:jc w:val="center"/>
            </w:pPr>
            <w:r>
              <w:rPr>
                <w:sz w:val="20"/>
              </w:rPr>
              <w:t>☐ Ano / Tak</w:t>
            </w:r>
            <w:r>
              <w:rPr>
                <w:sz w:val="20"/>
              </w:rPr>
              <w:br/>
              <w:t>☐ Ne / Nie</w:t>
            </w:r>
          </w:p>
        </w:tc>
      </w:tr>
      <w:tr w:rsidR="00103D97" w14:paraId="20C24C73" w14:textId="77777777" w:rsidTr="00103D97">
        <w:trPr>
          <w:jc w:val="center"/>
        </w:trPr>
        <w:tc>
          <w:tcPr>
            <w:tcW w:w="4274" w:type="dxa"/>
            <w:tcMar>
              <w:top w:w="130" w:type="dxa"/>
              <w:left w:w="90" w:type="dxa"/>
              <w:bottom w:w="130" w:type="dxa"/>
              <w:right w:w="90" w:type="dxa"/>
            </w:tcMar>
            <w:vAlign w:val="center"/>
          </w:tcPr>
          <w:p w14:paraId="7B548B20" w14:textId="56248BF4" w:rsidR="00103D97" w:rsidRDefault="00000000">
            <w:pPr>
              <w:spacing w:after="0"/>
            </w:pPr>
            <w:sdt>
              <w:sdtPr>
                <w:alias w:val="DODAVATEL_3"/>
                <w:tag w:val="DODAVATEL_3"/>
                <w:id w:val="-1650666957"/>
                <w:text/>
              </w:sdtPr>
              <w:sdtContent>
                <w:proofErr w:type="spellStart"/>
                <w:r w:rsidR="00103D97" w:rsidRPr="00103D97">
                  <w:t>Dodavatel</w:t>
                </w:r>
                <w:proofErr w:type="spellEnd"/>
                <w:r w:rsidR="00103D97" w:rsidRPr="00103D97">
                  <w:t xml:space="preserve"> 3 / </w:t>
                </w:r>
                <w:proofErr w:type="spellStart"/>
                <w:r w:rsidR="00103D97" w:rsidRPr="00103D97">
                  <w:t>Dostawca</w:t>
                </w:r>
                <w:proofErr w:type="spellEnd"/>
                <w:r w:rsidR="00103D97" w:rsidRPr="00103D97">
                  <w:t xml:space="preserve"> 3</w:t>
                </w:r>
                <w:r w:rsidR="00103D97">
                  <w:t xml:space="preserve"> </w:t>
                </w:r>
              </w:sdtContent>
            </w:sdt>
          </w:p>
        </w:tc>
        <w:tc>
          <w:tcPr>
            <w:tcW w:w="2976" w:type="dxa"/>
            <w:tcMar>
              <w:top w:w="130" w:type="dxa"/>
              <w:left w:w="90" w:type="dxa"/>
              <w:bottom w:w="130" w:type="dxa"/>
              <w:right w:w="90" w:type="dxa"/>
            </w:tcMar>
            <w:vAlign w:val="center"/>
          </w:tcPr>
          <w:p w14:paraId="756A57A3" w14:textId="544AD6F0" w:rsidR="00103D97" w:rsidRDefault="00000000">
            <w:pPr>
              <w:spacing w:after="0"/>
              <w:jc w:val="center"/>
            </w:pPr>
            <w:sdt>
              <w:sdtPr>
                <w:alias w:val="CENA_3"/>
                <w:tag w:val="CENA_3"/>
                <w:id w:val="1363018867"/>
                <w:text/>
              </w:sdtPr>
              <w:sdtContent>
                <w:r w:rsidR="00103D97">
                  <w:rPr>
                    <w:color w:val="6E6E6E"/>
                    <w:sz w:val="20"/>
                  </w:rPr>
                  <w:t xml:space="preserve">Cena 3 </w:t>
                </w:r>
              </w:sdtContent>
            </w:sdt>
          </w:p>
        </w:tc>
        <w:tc>
          <w:tcPr>
            <w:tcW w:w="2673" w:type="dxa"/>
            <w:tcMar>
              <w:top w:w="130" w:type="dxa"/>
              <w:left w:w="90" w:type="dxa"/>
              <w:bottom w:w="130" w:type="dxa"/>
              <w:right w:w="90" w:type="dxa"/>
            </w:tcMar>
            <w:vAlign w:val="center"/>
          </w:tcPr>
          <w:p w14:paraId="0BB102BA" w14:textId="77777777" w:rsidR="00103D97" w:rsidRDefault="00103D97">
            <w:pPr>
              <w:spacing w:after="0"/>
              <w:jc w:val="center"/>
            </w:pPr>
            <w:r>
              <w:rPr>
                <w:sz w:val="20"/>
              </w:rPr>
              <w:t>☐ Ano / Tak</w:t>
            </w:r>
            <w:r>
              <w:rPr>
                <w:sz w:val="20"/>
              </w:rPr>
              <w:br/>
              <w:t>☐ Ne / Nie</w:t>
            </w:r>
          </w:p>
        </w:tc>
      </w:tr>
    </w:tbl>
    <w:p w14:paraId="58FB9811" w14:textId="77777777" w:rsidR="00063CDF" w:rsidRDefault="00063CDF">
      <w:pPr>
        <w:spacing w:after="0"/>
      </w:pPr>
    </w:p>
    <w:tbl>
      <w:tblPr>
        <w:tblW w:w="9923" w:type="dxa"/>
        <w:jc w:val="center"/>
        <w:tblBorders>
          <w:top w:val="single" w:sz="4" w:space="0" w:color="D4D8DC"/>
          <w:left w:val="single" w:sz="4" w:space="0" w:color="D4D8DC"/>
          <w:bottom w:val="single" w:sz="4" w:space="0" w:color="D4D8DC"/>
          <w:right w:val="single" w:sz="4" w:space="0" w:color="D4D8DC"/>
          <w:insideH w:val="single" w:sz="4" w:space="0" w:color="D4D8DC"/>
          <w:insideV w:val="single" w:sz="4" w:space="0" w:color="D4D8DC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961"/>
      </w:tblGrid>
      <w:tr w:rsidR="00063CDF" w:rsidRPr="00027DFF" w14:paraId="1E6E4E8C" w14:textId="77777777" w:rsidTr="00677507">
        <w:trPr>
          <w:jc w:val="center"/>
        </w:trPr>
        <w:tc>
          <w:tcPr>
            <w:tcW w:w="5083" w:type="dxa"/>
            <w:shd w:val="clear" w:color="auto" w:fill="EEF1F3"/>
            <w:tcMar>
              <w:top w:w="90" w:type="dxa"/>
              <w:left w:w="120" w:type="dxa"/>
              <w:bottom w:w="70" w:type="dxa"/>
              <w:right w:w="120" w:type="dxa"/>
            </w:tcMar>
          </w:tcPr>
          <w:p w14:paraId="4705982C" w14:textId="02E82F7B" w:rsidR="00063CDF" w:rsidRPr="00677507" w:rsidRDefault="00000000">
            <w:pPr>
              <w:spacing w:after="0"/>
              <w:rPr>
                <w:lang w:val="pl-PL"/>
              </w:rPr>
            </w:pPr>
            <w:proofErr w:type="spellStart"/>
            <w:r w:rsidRPr="00677507">
              <w:rPr>
                <w:b/>
                <w:sz w:val="19"/>
                <w:lang w:val="pl-PL"/>
              </w:rPr>
              <w:t>Mám</w:t>
            </w:r>
            <w:proofErr w:type="spellEnd"/>
            <w:r w:rsidRPr="00677507">
              <w:rPr>
                <w:b/>
                <w:sz w:val="19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19"/>
                <w:lang w:val="pl-PL"/>
              </w:rPr>
              <w:t>více</w:t>
            </w:r>
            <w:proofErr w:type="spellEnd"/>
            <w:r w:rsidRPr="00677507">
              <w:rPr>
                <w:b/>
                <w:sz w:val="19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19"/>
                <w:lang w:val="pl-PL"/>
              </w:rPr>
              <w:t>než</w:t>
            </w:r>
            <w:proofErr w:type="spellEnd"/>
            <w:r w:rsidRPr="00677507">
              <w:rPr>
                <w:b/>
                <w:sz w:val="19"/>
                <w:lang w:val="pl-PL"/>
              </w:rPr>
              <w:t xml:space="preserve"> 3 </w:t>
            </w:r>
            <w:proofErr w:type="spellStart"/>
            <w:r w:rsidRPr="00677507">
              <w:rPr>
                <w:b/>
                <w:sz w:val="19"/>
                <w:lang w:val="pl-PL"/>
              </w:rPr>
              <w:t>nabídky</w:t>
            </w:r>
            <w:proofErr w:type="spellEnd"/>
            <w:r w:rsidRPr="00677507">
              <w:rPr>
                <w:b/>
                <w:sz w:val="19"/>
                <w:lang w:val="pl-PL"/>
              </w:rPr>
              <w:t xml:space="preserve"> / Mam więcej niż 3 oferty</w:t>
            </w:r>
            <w:r w:rsidR="002E0C85">
              <w:rPr>
                <w:b/>
                <w:sz w:val="19"/>
                <w:lang w:val="pl-PL"/>
              </w:rPr>
              <w:t>*</w:t>
            </w:r>
          </w:p>
        </w:tc>
        <w:tc>
          <w:tcPr>
            <w:tcW w:w="5083" w:type="dxa"/>
            <w:shd w:val="clear" w:color="auto" w:fill="EEF1F3"/>
            <w:tcMar>
              <w:top w:w="90" w:type="dxa"/>
              <w:left w:w="120" w:type="dxa"/>
              <w:bottom w:w="70" w:type="dxa"/>
              <w:right w:w="120" w:type="dxa"/>
            </w:tcMar>
          </w:tcPr>
          <w:p w14:paraId="3CAB9B37" w14:textId="77777777" w:rsidR="00063CDF" w:rsidRPr="00677507" w:rsidRDefault="00000000">
            <w:pPr>
              <w:spacing w:after="0"/>
              <w:rPr>
                <w:lang w:val="pl-PL"/>
              </w:rPr>
            </w:pPr>
            <w:r w:rsidRPr="00677507">
              <w:rPr>
                <w:b/>
                <w:sz w:val="19"/>
                <w:lang w:val="pl-PL"/>
              </w:rPr>
              <w:t xml:space="preserve">Ceny </w:t>
            </w:r>
            <w:proofErr w:type="spellStart"/>
            <w:r w:rsidRPr="00677507">
              <w:rPr>
                <w:b/>
                <w:sz w:val="19"/>
                <w:lang w:val="pl-PL"/>
              </w:rPr>
              <w:t>jsou</w:t>
            </w:r>
            <w:proofErr w:type="spellEnd"/>
            <w:r w:rsidRPr="00677507">
              <w:rPr>
                <w:b/>
                <w:sz w:val="19"/>
                <w:lang w:val="pl-PL"/>
              </w:rPr>
              <w:t xml:space="preserve"> v / Ceny podane są w *</w:t>
            </w:r>
          </w:p>
        </w:tc>
      </w:tr>
      <w:tr w:rsidR="00063CDF" w14:paraId="1929CC02" w14:textId="77777777" w:rsidTr="00677507">
        <w:trPr>
          <w:jc w:val="center"/>
        </w:trPr>
        <w:tc>
          <w:tcPr>
            <w:tcW w:w="5083" w:type="dxa"/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08C801DE" w14:textId="77777777" w:rsidR="00063CDF" w:rsidRDefault="00000000">
            <w:pPr>
              <w:spacing w:after="0"/>
            </w:pPr>
            <w:r>
              <w:rPr>
                <w:sz w:val="22"/>
              </w:rPr>
              <w:t xml:space="preserve">☐ </w:t>
            </w:r>
            <w:r>
              <w:t xml:space="preserve">Ne / Nie     </w:t>
            </w:r>
            <w:r>
              <w:rPr>
                <w:sz w:val="22"/>
              </w:rPr>
              <w:t xml:space="preserve">☐ </w:t>
            </w:r>
            <w:r>
              <w:t>Ano / Tak</w:t>
            </w:r>
          </w:p>
        </w:tc>
        <w:tc>
          <w:tcPr>
            <w:tcW w:w="5083" w:type="dxa"/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7BFC4D2E" w14:textId="77777777" w:rsidR="00063CDF" w:rsidRDefault="00000000">
            <w:pPr>
              <w:spacing w:after="0"/>
            </w:pPr>
            <w:r>
              <w:rPr>
                <w:sz w:val="22"/>
              </w:rPr>
              <w:t xml:space="preserve">☐ </w:t>
            </w:r>
            <w:r>
              <w:t xml:space="preserve">CZK     </w:t>
            </w:r>
            <w:r>
              <w:rPr>
                <w:sz w:val="22"/>
              </w:rPr>
              <w:t xml:space="preserve">☐ </w:t>
            </w:r>
            <w:r>
              <w:t xml:space="preserve">PLN     </w:t>
            </w:r>
            <w:r>
              <w:rPr>
                <w:sz w:val="22"/>
              </w:rPr>
              <w:t xml:space="preserve">☐ </w:t>
            </w:r>
            <w:r>
              <w:t>EUR</w:t>
            </w:r>
          </w:p>
        </w:tc>
      </w:tr>
    </w:tbl>
    <w:p w14:paraId="73842A96" w14:textId="77777777" w:rsidR="00063CDF" w:rsidRDefault="00063CDF">
      <w:pPr>
        <w:spacing w:after="0"/>
      </w:pPr>
    </w:p>
    <w:p w14:paraId="51520A7B" w14:textId="77777777" w:rsidR="00063CDF" w:rsidRDefault="00063CDF">
      <w:pPr>
        <w:spacing w:after="0"/>
      </w:pPr>
    </w:p>
    <w:p w14:paraId="68EF91D2" w14:textId="77777777" w:rsidR="00027DFF" w:rsidRDefault="00027DFF">
      <w:pPr>
        <w:spacing w:before="140"/>
        <w:rPr>
          <w:b/>
          <w:color w:val="2F4F4F"/>
          <w:sz w:val="24"/>
          <w:lang w:val="pl-PL"/>
        </w:rPr>
      </w:pPr>
    </w:p>
    <w:p w14:paraId="5368F4B6" w14:textId="06C5AFA2" w:rsidR="00063CDF" w:rsidRPr="00677507" w:rsidRDefault="00000000">
      <w:pPr>
        <w:spacing w:before="140"/>
        <w:rPr>
          <w:lang w:val="pl-PL"/>
        </w:rPr>
      </w:pPr>
      <w:r w:rsidRPr="00677507">
        <w:rPr>
          <w:b/>
          <w:color w:val="2F4F4F"/>
          <w:sz w:val="24"/>
          <w:lang w:val="pl-PL"/>
        </w:rPr>
        <w:t>3. P</w:t>
      </w:r>
      <w:proofErr w:type="spellStart"/>
      <w:r w:rsidRPr="00677507">
        <w:rPr>
          <w:b/>
          <w:color w:val="2F4F4F"/>
          <w:sz w:val="24"/>
          <w:lang w:val="pl-PL"/>
        </w:rPr>
        <w:t>rohlášení</w:t>
      </w:r>
      <w:proofErr w:type="spellEnd"/>
      <w:r w:rsidRPr="00677507">
        <w:rPr>
          <w:b/>
          <w:color w:val="2F4F4F"/>
          <w:sz w:val="24"/>
          <w:lang w:val="pl-PL"/>
        </w:rPr>
        <w:t xml:space="preserve"> k </w:t>
      </w:r>
      <w:proofErr w:type="spellStart"/>
      <w:r w:rsidRPr="00677507">
        <w:rPr>
          <w:b/>
          <w:color w:val="2F4F4F"/>
          <w:sz w:val="24"/>
          <w:lang w:val="pl-PL"/>
        </w:rPr>
        <w:t>výběru</w:t>
      </w:r>
      <w:proofErr w:type="spellEnd"/>
      <w:r w:rsidRPr="00677507">
        <w:rPr>
          <w:b/>
          <w:color w:val="2F4F4F"/>
          <w:sz w:val="24"/>
          <w:lang w:val="pl-PL"/>
        </w:rPr>
        <w:t xml:space="preserve"> </w:t>
      </w:r>
      <w:proofErr w:type="spellStart"/>
      <w:r w:rsidRPr="00677507">
        <w:rPr>
          <w:b/>
          <w:color w:val="2F4F4F"/>
          <w:sz w:val="24"/>
          <w:lang w:val="pl-PL"/>
        </w:rPr>
        <w:t>dodavatele</w:t>
      </w:r>
      <w:proofErr w:type="spellEnd"/>
      <w:r w:rsidRPr="00677507">
        <w:rPr>
          <w:b/>
          <w:color w:val="2F4F4F"/>
          <w:sz w:val="24"/>
          <w:lang w:val="pl-PL"/>
        </w:rPr>
        <w:t xml:space="preserve"> / Wybór dostawcy</w:t>
      </w:r>
      <w:r w:rsidR="002E0C85">
        <w:rPr>
          <w:b/>
          <w:color w:val="2F4F4F"/>
          <w:sz w:val="24"/>
          <w:lang w:val="pl-PL"/>
        </w:rPr>
        <w:t>*</w:t>
      </w:r>
    </w:p>
    <w:tbl>
      <w:tblPr>
        <w:tblW w:w="9923" w:type="dxa"/>
        <w:jc w:val="center"/>
        <w:tblBorders>
          <w:top w:val="single" w:sz="4" w:space="0" w:color="D4D8DC"/>
          <w:left w:val="single" w:sz="4" w:space="0" w:color="D4D8DC"/>
          <w:bottom w:val="single" w:sz="4" w:space="0" w:color="D4D8DC"/>
          <w:right w:val="single" w:sz="4" w:space="0" w:color="D4D8DC"/>
          <w:insideH w:val="single" w:sz="4" w:space="0" w:color="D4D8DC"/>
          <w:insideV w:val="single" w:sz="4" w:space="0" w:color="D4D8DC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063CDF" w:rsidRPr="00027DFF" w14:paraId="75BBDF36" w14:textId="77777777" w:rsidTr="00677507">
        <w:trPr>
          <w:jc w:val="center"/>
        </w:trPr>
        <w:tc>
          <w:tcPr>
            <w:tcW w:w="10166" w:type="dxa"/>
            <w:shd w:val="clear" w:color="auto" w:fill="EEF1F3"/>
            <w:tcMar>
              <w:top w:w="90" w:type="dxa"/>
              <w:left w:w="120" w:type="dxa"/>
              <w:bottom w:w="70" w:type="dxa"/>
              <w:right w:w="120" w:type="dxa"/>
            </w:tcMar>
          </w:tcPr>
          <w:p w14:paraId="7C80D6C3" w14:textId="5873F74F" w:rsidR="00063CDF" w:rsidRPr="00677507" w:rsidRDefault="00000000">
            <w:pPr>
              <w:spacing w:after="0"/>
              <w:rPr>
                <w:lang w:val="pl-PL"/>
              </w:rPr>
            </w:pPr>
            <w:proofErr w:type="spellStart"/>
            <w:r w:rsidRPr="00677507">
              <w:rPr>
                <w:b/>
                <w:sz w:val="20"/>
                <w:lang w:val="pl-PL"/>
              </w:rPr>
              <w:t>Název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dodavatele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, </w:t>
            </w:r>
            <w:proofErr w:type="spellStart"/>
            <w:r w:rsidRPr="00677507">
              <w:rPr>
                <w:b/>
                <w:sz w:val="20"/>
                <w:lang w:val="pl-PL"/>
              </w:rPr>
              <w:t>který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předložil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vítěznou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nabídku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, </w:t>
            </w:r>
            <w:proofErr w:type="spellStart"/>
            <w:r w:rsidRPr="00677507">
              <w:rPr>
                <w:b/>
                <w:sz w:val="20"/>
                <w:lang w:val="pl-PL"/>
              </w:rPr>
              <w:t>včetně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zdůvodnění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rozhodnutí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výběru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proofErr w:type="spellStart"/>
            <w:r w:rsidRPr="00677507">
              <w:rPr>
                <w:b/>
                <w:sz w:val="20"/>
                <w:lang w:val="pl-PL"/>
              </w:rPr>
              <w:t>dodavatele</w:t>
            </w:r>
            <w:proofErr w:type="spellEnd"/>
            <w:r w:rsidRPr="00677507">
              <w:rPr>
                <w:b/>
                <w:sz w:val="20"/>
                <w:lang w:val="pl-PL"/>
              </w:rPr>
              <w:t xml:space="preserve"> </w:t>
            </w:r>
            <w:r w:rsidRPr="00677507">
              <w:rPr>
                <w:b/>
                <w:sz w:val="20"/>
                <w:lang w:val="pl-PL"/>
              </w:rPr>
              <w:br/>
              <w:t>Nazwa dostawcy, który złożył zwycięską ofertę, wraz z uzasadnieniem decyzji o wyborze dostawcy</w:t>
            </w:r>
          </w:p>
        </w:tc>
      </w:tr>
      <w:tr w:rsidR="00063CDF" w:rsidRPr="00027DFF" w14:paraId="6BE16159" w14:textId="77777777" w:rsidTr="00677507">
        <w:trPr>
          <w:jc w:val="center"/>
        </w:trPr>
        <w:tc>
          <w:tcPr>
            <w:tcW w:w="10166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3685018" w14:textId="77777777" w:rsidR="00063CDF" w:rsidRPr="002E0C85" w:rsidRDefault="00063CDF">
            <w:pPr>
              <w:rPr>
                <w:lang w:val="pl-PL"/>
              </w:rPr>
            </w:pPr>
          </w:p>
          <w:p w14:paraId="03D59E6F" w14:textId="77777777" w:rsidR="00063CDF" w:rsidRPr="002E0C85" w:rsidRDefault="00063CDF">
            <w:pPr>
              <w:rPr>
                <w:lang w:val="pl-PL"/>
              </w:rPr>
            </w:pPr>
          </w:p>
          <w:p w14:paraId="352BC996" w14:textId="77777777" w:rsidR="00063CDF" w:rsidRPr="002E0C85" w:rsidRDefault="00063CDF">
            <w:pPr>
              <w:rPr>
                <w:lang w:val="pl-PL"/>
              </w:rPr>
            </w:pPr>
          </w:p>
        </w:tc>
      </w:tr>
    </w:tbl>
    <w:p w14:paraId="406075B7" w14:textId="77777777" w:rsidR="00063CDF" w:rsidRPr="002E0C85" w:rsidRDefault="00063CDF">
      <w:pPr>
        <w:spacing w:after="0"/>
        <w:rPr>
          <w:lang w:val="pl-PL"/>
        </w:rPr>
      </w:pPr>
    </w:p>
    <w:tbl>
      <w:tblPr>
        <w:tblW w:w="9923" w:type="dxa"/>
        <w:jc w:val="center"/>
        <w:tblBorders>
          <w:top w:val="single" w:sz="4" w:space="0" w:color="D4D8DC"/>
          <w:left w:val="single" w:sz="4" w:space="0" w:color="D4D8DC"/>
          <w:bottom w:val="single" w:sz="4" w:space="0" w:color="D4D8DC"/>
          <w:right w:val="single" w:sz="4" w:space="0" w:color="D4D8DC"/>
          <w:insideH w:val="single" w:sz="4" w:space="0" w:color="D4D8DC"/>
          <w:insideV w:val="single" w:sz="4" w:space="0" w:color="D4D8DC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961"/>
      </w:tblGrid>
      <w:tr w:rsidR="00063CDF" w14:paraId="5EDFDE77" w14:textId="77777777" w:rsidTr="00677507">
        <w:trPr>
          <w:jc w:val="center"/>
        </w:trPr>
        <w:tc>
          <w:tcPr>
            <w:tcW w:w="5083" w:type="dxa"/>
            <w:shd w:val="clear" w:color="auto" w:fill="EEF1F3"/>
            <w:tcMar>
              <w:top w:w="90" w:type="dxa"/>
              <w:left w:w="120" w:type="dxa"/>
              <w:bottom w:w="70" w:type="dxa"/>
              <w:right w:w="120" w:type="dxa"/>
            </w:tcMar>
          </w:tcPr>
          <w:p w14:paraId="4F90B3FD" w14:textId="73E379D9" w:rsidR="00063CDF" w:rsidRDefault="00000000">
            <w:pPr>
              <w:spacing w:after="0"/>
            </w:pPr>
            <w:proofErr w:type="spellStart"/>
            <w:r>
              <w:rPr>
                <w:b/>
                <w:sz w:val="19"/>
              </w:rPr>
              <w:t>Vyhotovil</w:t>
            </w:r>
            <w:proofErr w:type="spellEnd"/>
            <w:r>
              <w:rPr>
                <w:b/>
                <w:sz w:val="19"/>
              </w:rPr>
              <w:t xml:space="preserve">/a / </w:t>
            </w:r>
            <w:proofErr w:type="spellStart"/>
            <w:r>
              <w:rPr>
                <w:b/>
                <w:sz w:val="19"/>
              </w:rPr>
              <w:t>Przygotował</w:t>
            </w:r>
            <w:proofErr w:type="spellEnd"/>
            <w:r>
              <w:rPr>
                <w:b/>
                <w:sz w:val="19"/>
              </w:rPr>
              <w:t>/a*</w:t>
            </w:r>
          </w:p>
        </w:tc>
        <w:tc>
          <w:tcPr>
            <w:tcW w:w="5083" w:type="dxa"/>
            <w:shd w:val="clear" w:color="auto" w:fill="EEF1F3"/>
            <w:tcMar>
              <w:top w:w="90" w:type="dxa"/>
              <w:left w:w="120" w:type="dxa"/>
              <w:bottom w:w="70" w:type="dxa"/>
              <w:right w:w="120" w:type="dxa"/>
            </w:tcMar>
          </w:tcPr>
          <w:p w14:paraId="7D55C7D3" w14:textId="78C6661A" w:rsidR="00063CDF" w:rsidRDefault="00000000">
            <w:pPr>
              <w:spacing w:after="0"/>
            </w:pPr>
            <w:r>
              <w:rPr>
                <w:b/>
                <w:sz w:val="19"/>
              </w:rPr>
              <w:t>Datum / Data*</w:t>
            </w:r>
          </w:p>
        </w:tc>
      </w:tr>
      <w:tr w:rsidR="00063CDF" w14:paraId="1BB7AFF3" w14:textId="77777777" w:rsidTr="00677507">
        <w:trPr>
          <w:jc w:val="center"/>
        </w:trPr>
        <w:tc>
          <w:tcPr>
            <w:tcW w:w="5083" w:type="dxa"/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4D665BF6" w14:textId="0B161CA6" w:rsidR="00063CDF" w:rsidRDefault="00000000">
            <w:pPr>
              <w:spacing w:after="0"/>
            </w:pPr>
            <w:sdt>
              <w:sdtPr>
                <w:alias w:val="VYHOTOVIL"/>
                <w:tag w:val="VYHOTOVIL"/>
                <w:id w:val="-1579977999"/>
                <w:showingPlcHdr/>
                <w:text/>
              </w:sdtPr>
              <w:sdtContent>
                <w:r w:rsidR="00103D97">
                  <w:t xml:space="preserve">     </w:t>
                </w:r>
              </w:sdtContent>
            </w:sdt>
          </w:p>
        </w:tc>
        <w:tc>
          <w:tcPr>
            <w:tcW w:w="5083" w:type="dxa"/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6AE2D950" w14:textId="77F89E53" w:rsidR="00063CDF" w:rsidRDefault="00000000">
            <w:pPr>
              <w:spacing w:after="0"/>
            </w:pPr>
            <w:sdt>
              <w:sdtPr>
                <w:alias w:val="DATUM"/>
                <w:tag w:val="DATUM"/>
                <w:id w:val="-428818438"/>
                <w:showingPlcHdr/>
                <w:text/>
              </w:sdtPr>
              <w:sdtContent>
                <w:r w:rsidR="00103D97">
                  <w:t xml:space="preserve">     </w:t>
                </w:r>
              </w:sdtContent>
            </w:sdt>
          </w:p>
        </w:tc>
      </w:tr>
    </w:tbl>
    <w:p w14:paraId="70E5C7AE" w14:textId="77777777" w:rsidR="00063CDF" w:rsidRDefault="00063CDF">
      <w:pPr>
        <w:spacing w:after="0"/>
      </w:pPr>
    </w:p>
    <w:tbl>
      <w:tblPr>
        <w:tblW w:w="9923" w:type="dxa"/>
        <w:jc w:val="center"/>
        <w:tblBorders>
          <w:top w:val="single" w:sz="5" w:space="0" w:color="BFCACA"/>
          <w:left w:val="single" w:sz="5" w:space="0" w:color="BFCACA"/>
          <w:bottom w:val="single" w:sz="5" w:space="0" w:color="BFCACA"/>
          <w:right w:val="single" w:sz="5" w:space="0" w:color="BFCACA"/>
          <w:insideH w:val="single" w:sz="5" w:space="0" w:color="BFCACA"/>
          <w:insideV w:val="single" w:sz="5" w:space="0" w:color="BFCACA"/>
        </w:tblBorders>
        <w:tblLook w:val="04A0" w:firstRow="1" w:lastRow="0" w:firstColumn="1" w:lastColumn="0" w:noHBand="0" w:noVBand="1"/>
      </w:tblPr>
      <w:tblGrid>
        <w:gridCol w:w="9923"/>
      </w:tblGrid>
      <w:tr w:rsidR="00063CDF" w:rsidRPr="00027DFF" w14:paraId="32D8B22E" w14:textId="77777777" w:rsidTr="00677507">
        <w:trPr>
          <w:jc w:val="center"/>
        </w:trPr>
        <w:tc>
          <w:tcPr>
            <w:tcW w:w="10166" w:type="dxa"/>
            <w:shd w:val="clear" w:color="auto" w:fill="F4F7F7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A2A4636" w14:textId="1B7070A4" w:rsidR="00063CDF" w:rsidRDefault="00000000">
            <w:pPr>
              <w:spacing w:after="80"/>
            </w:pPr>
            <w:r>
              <w:rPr>
                <w:b/>
              </w:rPr>
              <w:t xml:space="preserve">☐ </w:t>
            </w:r>
            <w:proofErr w:type="spellStart"/>
            <w:r>
              <w:rPr>
                <w:b/>
              </w:rPr>
              <w:t>Souhlasím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Zgadzam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się</w:t>
            </w:r>
            <w:proofErr w:type="spellEnd"/>
            <w:r w:rsidR="002E0C85">
              <w:rPr>
                <w:b/>
              </w:rPr>
              <w:t>*</w:t>
            </w:r>
          </w:p>
          <w:p w14:paraId="02D463F5" w14:textId="43CD99AD" w:rsidR="00063CDF" w:rsidRPr="002E0C85" w:rsidRDefault="00000000">
            <w:pPr>
              <w:spacing w:after="60"/>
            </w:pPr>
            <w:r>
              <w:rPr>
                <w:sz w:val="19"/>
              </w:rPr>
              <w:t xml:space="preserve">K žádosti předložím kopie nabídek i poptávek, v </w:t>
            </w:r>
            <w:proofErr w:type="spellStart"/>
            <w:r>
              <w:rPr>
                <w:sz w:val="19"/>
              </w:rPr>
              <w:t>případě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přímého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výběru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doložím</w:t>
            </w:r>
            <w:proofErr w:type="spellEnd"/>
            <w:r>
              <w:rPr>
                <w:sz w:val="19"/>
              </w:rPr>
              <w:t xml:space="preserve"> screenshot z e-</w:t>
            </w:r>
            <w:proofErr w:type="spellStart"/>
            <w:r>
              <w:rPr>
                <w:sz w:val="19"/>
              </w:rPr>
              <w:t>shopu</w:t>
            </w:r>
            <w:proofErr w:type="spellEnd"/>
            <w:r>
              <w:rPr>
                <w:sz w:val="19"/>
              </w:rPr>
              <w:t>.</w:t>
            </w:r>
          </w:p>
          <w:p w14:paraId="290B556B" w14:textId="418D60DB" w:rsidR="00063CDF" w:rsidRPr="00677507" w:rsidRDefault="00000000">
            <w:pPr>
              <w:spacing w:after="0"/>
              <w:rPr>
                <w:lang w:val="pl-PL"/>
              </w:rPr>
            </w:pPr>
            <w:r w:rsidRPr="00677507">
              <w:rPr>
                <w:i/>
                <w:color w:val="555555"/>
                <w:sz w:val="19"/>
                <w:lang w:val="pl-PL"/>
              </w:rPr>
              <w:t xml:space="preserve">Do wniosku przedkładam kopie ofert i zapytań ofertowych, w przypadku rozeznania na stronach www dostarczę </w:t>
            </w:r>
            <w:proofErr w:type="spellStart"/>
            <w:r w:rsidRPr="00677507">
              <w:rPr>
                <w:i/>
                <w:color w:val="555555"/>
                <w:sz w:val="19"/>
                <w:lang w:val="pl-PL"/>
              </w:rPr>
              <w:t>screeny</w:t>
            </w:r>
            <w:proofErr w:type="spellEnd"/>
            <w:r w:rsidRPr="00677507">
              <w:rPr>
                <w:i/>
                <w:color w:val="555555"/>
                <w:sz w:val="19"/>
                <w:lang w:val="pl-PL"/>
              </w:rPr>
              <w:t xml:space="preserve"> ze sklepu internetowego.</w:t>
            </w:r>
            <w:r w:rsidR="002E0C85">
              <w:rPr>
                <w:i/>
                <w:color w:val="555555"/>
                <w:sz w:val="19"/>
                <w:lang w:val="pl-PL"/>
              </w:rPr>
              <w:t>*</w:t>
            </w:r>
          </w:p>
        </w:tc>
      </w:tr>
    </w:tbl>
    <w:p w14:paraId="3E38640E" w14:textId="77777777" w:rsidR="00063CDF" w:rsidRDefault="00000000">
      <w:pPr>
        <w:spacing w:before="120" w:after="0"/>
      </w:pPr>
      <w:r>
        <w:rPr>
          <w:i/>
          <w:color w:val="646464"/>
          <w:sz w:val="17"/>
        </w:rPr>
        <w:t xml:space="preserve">* </w:t>
      </w:r>
      <w:proofErr w:type="spellStart"/>
      <w:r>
        <w:rPr>
          <w:i/>
          <w:color w:val="646464"/>
          <w:sz w:val="17"/>
        </w:rPr>
        <w:t>Povinné</w:t>
      </w:r>
      <w:proofErr w:type="spellEnd"/>
      <w:r>
        <w:rPr>
          <w:i/>
          <w:color w:val="646464"/>
          <w:sz w:val="17"/>
        </w:rPr>
        <w:t xml:space="preserve"> pole / Pole obowiązkowe</w:t>
      </w:r>
    </w:p>
    <w:sectPr w:rsidR="00063CDF" w:rsidSect="00034616">
      <w:headerReference w:type="default" r:id="rId8"/>
      <w:footerReference w:type="default" r:id="rId9"/>
      <w:pgSz w:w="12240" w:h="15840"/>
      <w:pgMar w:top="864" w:right="1037" w:bottom="864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654A2" w14:textId="77777777" w:rsidR="00AE548C" w:rsidRDefault="00AE548C">
      <w:pPr>
        <w:spacing w:after="0" w:line="240" w:lineRule="auto"/>
      </w:pPr>
      <w:r>
        <w:separator/>
      </w:r>
    </w:p>
  </w:endnote>
  <w:endnote w:type="continuationSeparator" w:id="0">
    <w:p w14:paraId="685EB2E6" w14:textId="77777777" w:rsidR="00AE548C" w:rsidRDefault="00AE5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86CD4" w14:textId="08505D23" w:rsidR="004C5FF0" w:rsidRPr="000E49C6" w:rsidRDefault="004C5FF0" w:rsidP="004C5FF0">
    <w:pPr>
      <w:pStyle w:val="Zpat"/>
      <w:jc w:val="center"/>
      <w:rPr>
        <w:lang w:val="pl-PL"/>
      </w:rPr>
    </w:pPr>
    <w:proofErr w:type="spellStart"/>
    <w:r w:rsidRPr="000E49C6">
      <w:rPr>
        <w:lang w:val="pl-PL"/>
      </w:rPr>
      <w:t>Fond</w:t>
    </w:r>
    <w:proofErr w:type="spellEnd"/>
    <w:r w:rsidRPr="000E49C6">
      <w:rPr>
        <w:lang w:val="pl-PL"/>
      </w:rPr>
      <w:t xml:space="preserve"> </w:t>
    </w:r>
    <w:proofErr w:type="spellStart"/>
    <w:r w:rsidRPr="000E49C6">
      <w:rPr>
        <w:lang w:val="pl-PL"/>
      </w:rPr>
      <w:t>malých</w:t>
    </w:r>
    <w:proofErr w:type="spellEnd"/>
    <w:r w:rsidRPr="000E49C6">
      <w:rPr>
        <w:lang w:val="pl-PL"/>
      </w:rPr>
      <w:t xml:space="preserve"> </w:t>
    </w:r>
    <w:proofErr w:type="spellStart"/>
    <w:r w:rsidRPr="000E49C6">
      <w:rPr>
        <w:lang w:val="pl-PL"/>
      </w:rPr>
      <w:t>projektů</w:t>
    </w:r>
    <w:proofErr w:type="spellEnd"/>
    <w:r w:rsidRPr="000E49C6">
      <w:rPr>
        <w:lang w:val="pl-PL"/>
      </w:rPr>
      <w:t xml:space="preserve"> Euroregionu </w:t>
    </w:r>
    <w:proofErr w:type="spellStart"/>
    <w:r w:rsidRPr="000E49C6">
      <w:rPr>
        <w:lang w:val="pl-PL"/>
      </w:rPr>
      <w:t>Praděd</w:t>
    </w:r>
    <w:proofErr w:type="spellEnd"/>
  </w:p>
  <w:p w14:paraId="3FE3BE9B" w14:textId="05C9D1BC" w:rsidR="004C5FF0" w:rsidRPr="000E49C6" w:rsidRDefault="004C5FF0" w:rsidP="004C5FF0">
    <w:pPr>
      <w:pStyle w:val="Zpat"/>
      <w:jc w:val="center"/>
      <w:rPr>
        <w:lang w:val="pl-PL"/>
      </w:rPr>
    </w:pPr>
    <w:proofErr w:type="spellStart"/>
    <w:r w:rsidRPr="000E49C6">
      <w:rPr>
        <w:lang w:val="pl-PL"/>
      </w:rPr>
      <w:t>Interreg</w:t>
    </w:r>
    <w:proofErr w:type="spellEnd"/>
    <w:r w:rsidRPr="000E49C6">
      <w:rPr>
        <w:lang w:val="pl-PL"/>
      </w:rPr>
      <w:t xml:space="preserve"> </w:t>
    </w:r>
    <w:proofErr w:type="spellStart"/>
    <w:r w:rsidRPr="000E49C6">
      <w:rPr>
        <w:lang w:val="pl-PL"/>
      </w:rPr>
      <w:t>Česko</w:t>
    </w:r>
    <w:proofErr w:type="spellEnd"/>
    <w:r w:rsidRPr="000E49C6">
      <w:rPr>
        <w:lang w:val="pl-PL"/>
      </w:rPr>
      <w:t>-Polsko 2021-2027</w:t>
    </w:r>
  </w:p>
  <w:p w14:paraId="1BB3274D" w14:textId="5EBCDAF2" w:rsidR="00063CDF" w:rsidRPr="004C5FF0" w:rsidRDefault="00063CDF" w:rsidP="004C5FF0">
    <w:pPr>
      <w:pStyle w:val="Zpat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6015A" w14:textId="77777777" w:rsidR="00AE548C" w:rsidRDefault="00AE548C">
      <w:pPr>
        <w:spacing w:after="0" w:line="240" w:lineRule="auto"/>
      </w:pPr>
      <w:r>
        <w:separator/>
      </w:r>
    </w:p>
  </w:footnote>
  <w:footnote w:type="continuationSeparator" w:id="0">
    <w:p w14:paraId="4AFB9543" w14:textId="77777777" w:rsidR="00AE548C" w:rsidRDefault="00AE5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79DE0" w14:textId="2D6A2682" w:rsidR="004C5FF0" w:rsidRDefault="004C5FF0">
    <w:pPr>
      <w:pStyle w:val="Zhlav"/>
    </w:pP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5C5423D0" wp14:editId="5469D208">
          <wp:simplePos x="0" y="0"/>
          <wp:positionH relativeFrom="column">
            <wp:posOffset>1752600</wp:posOffset>
          </wp:positionH>
          <wp:positionV relativeFrom="paragraph">
            <wp:posOffset>-368300</wp:posOffset>
          </wp:positionV>
          <wp:extent cx="2941955" cy="530225"/>
          <wp:effectExtent l="0" t="0" r="0" b="3175"/>
          <wp:wrapThrough wrapText="bothSides">
            <wp:wrapPolygon edited="0">
              <wp:start x="0" y="0"/>
              <wp:lineTo x="0" y="20953"/>
              <wp:lineTo x="21400" y="20953"/>
              <wp:lineTo x="21400" y="0"/>
              <wp:lineTo x="0" y="0"/>
            </wp:wrapPolygon>
          </wp:wrapThrough>
          <wp:docPr id="334867265" name="Obrázek 1" descr="Obraz zawierający tekst, zrzut ekranu, Czcionka, Jaskrawoniebieski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867265" name="Obrázek 1" descr="Obraz zawierający tekst, zrzut ekranu, Czcionka, Jaskrawoniebieski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9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1603374">
    <w:abstractNumId w:val="8"/>
  </w:num>
  <w:num w:numId="2" w16cid:durableId="1071393727">
    <w:abstractNumId w:val="6"/>
  </w:num>
  <w:num w:numId="3" w16cid:durableId="367224112">
    <w:abstractNumId w:val="5"/>
  </w:num>
  <w:num w:numId="4" w16cid:durableId="894777031">
    <w:abstractNumId w:val="4"/>
  </w:num>
  <w:num w:numId="5" w16cid:durableId="370812834">
    <w:abstractNumId w:val="7"/>
  </w:num>
  <w:num w:numId="6" w16cid:durableId="93400524">
    <w:abstractNumId w:val="3"/>
  </w:num>
  <w:num w:numId="7" w16cid:durableId="481893697">
    <w:abstractNumId w:val="2"/>
  </w:num>
  <w:num w:numId="8" w16cid:durableId="1380861076">
    <w:abstractNumId w:val="1"/>
  </w:num>
  <w:num w:numId="9" w16cid:durableId="793983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7DFF"/>
    <w:rsid w:val="00034616"/>
    <w:rsid w:val="0006063C"/>
    <w:rsid w:val="00063CDF"/>
    <w:rsid w:val="00103D97"/>
    <w:rsid w:val="0015074B"/>
    <w:rsid w:val="0029639D"/>
    <w:rsid w:val="002E0C85"/>
    <w:rsid w:val="00326F90"/>
    <w:rsid w:val="003B3012"/>
    <w:rsid w:val="00436FD3"/>
    <w:rsid w:val="00475E45"/>
    <w:rsid w:val="004C5FF0"/>
    <w:rsid w:val="00677507"/>
    <w:rsid w:val="00AA1D8D"/>
    <w:rsid w:val="00AE548C"/>
    <w:rsid w:val="00B47730"/>
    <w:rsid w:val="00CB0664"/>
    <w:rsid w:val="00E04F6E"/>
    <w:rsid w:val="00EB13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00129A"/>
  <w14:defaultImageDpi w14:val="300"/>
  <w15:docId w15:val="{819619E3-91B7-4C55-8D1B-74D0A722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00"/>
    </w:pPr>
    <w:rPr>
      <w:rFonts w:ascii="Aptos" w:hAnsi="Aptos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malinovynoblik@gmail.com</cp:lastModifiedBy>
  <cp:revision>6</cp:revision>
  <dcterms:created xsi:type="dcterms:W3CDTF">2013-12-23T23:15:00Z</dcterms:created>
  <dcterms:modified xsi:type="dcterms:W3CDTF">2026-08-21T09:41:00Z</dcterms:modified>
  <cp:category/>
</cp:coreProperties>
</file>